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63ED" w14:textId="77777777" w:rsidR="00CB3846" w:rsidRDefault="00EB5EAD">
      <w:pPr>
        <w:pStyle w:val="Ttulo"/>
      </w:pPr>
      <w:r>
        <w:t>Daniel Cardona</w:t>
      </w:r>
    </w:p>
    <w:p w14:paraId="5BBA76A7" w14:textId="77777777" w:rsidR="00CB3846" w:rsidRDefault="00EB5EAD">
      <w:r>
        <w:t>nanitogds@outlook.com · Bogotá, Colombia · linkedin.com/in/</w:t>
      </w:r>
      <w:proofErr w:type="spellStart"/>
      <w:r>
        <w:t>naninhead</w:t>
      </w:r>
      <w:proofErr w:type="spellEnd"/>
    </w:p>
    <w:p w14:paraId="1B66D2BD" w14:textId="77777777" w:rsidR="00CB3846" w:rsidRDefault="00EB5EAD">
      <w:pPr>
        <w:pStyle w:val="Ttulo1"/>
      </w:pPr>
      <w:r>
        <w:t>PROFESSIONAL SUMMARY</w:t>
      </w:r>
    </w:p>
    <w:p w14:paraId="52AF6FFB" w14:textId="53AA3E9A" w:rsidR="00CB3846" w:rsidRDefault="00D13B2C">
      <w:r w:rsidRPr="00D13B2C">
        <w:rPr>
          <w:b/>
          <w:bCs/>
        </w:rPr>
        <w:t>Senior Product Manager with 7+ years of experience building and scaling global B2B SaaS products in complex, highly regulated environments.</w:t>
      </w:r>
      <w:r w:rsidRPr="00D13B2C">
        <w:t xml:space="preserve"> Skilled at translating customer insights and data into clear product strategies, leading cross-functional teams (engineering, design, data, operations) through the full product lifecycle, and balancing global platforms with local needs. Known for structured thinking, high ownership, and strong communication with stakeholders at different levels.</w:t>
      </w:r>
    </w:p>
    <w:p w14:paraId="2F67C96D" w14:textId="77777777" w:rsidR="00CB3846" w:rsidRDefault="00EB5EAD">
      <w:pPr>
        <w:pStyle w:val="Ttulo1"/>
      </w:pPr>
      <w:r>
        <w:t>PROFESSIONAL EXPERIENCE</w:t>
      </w:r>
    </w:p>
    <w:p w14:paraId="3BA71AE3" w14:textId="0DB23A20" w:rsidR="00CB3846" w:rsidRDefault="00EB5EAD">
      <w:pPr>
        <w:pStyle w:val="Listaconnmeros"/>
      </w:pPr>
      <w:r>
        <w:t>Senior Product Manager</w:t>
      </w:r>
      <w:r>
        <w:br/>
        <w:t>Anthology Inc – Bogotá, Colombia</w:t>
      </w:r>
      <w:r w:rsidR="00634A50">
        <w:t xml:space="preserve"> (Remote)</w:t>
      </w:r>
      <w:r>
        <w:br/>
        <w:t>July 2024 – Present</w:t>
      </w:r>
    </w:p>
    <w:p w14:paraId="6E0063AB" w14:textId="77777777" w:rsidR="000233FB" w:rsidRDefault="000233FB" w:rsidP="000233FB">
      <w:pPr>
        <w:pStyle w:val="Listaconnmeros"/>
        <w:numPr>
          <w:ilvl w:val="0"/>
          <w:numId w:val="0"/>
        </w:numPr>
        <w:rPr>
          <w:rFonts w:hAnsi="Symbol"/>
        </w:rPr>
      </w:pPr>
    </w:p>
    <w:p w14:paraId="4D625894" w14:textId="778D53DA" w:rsidR="000233FB" w:rsidRDefault="000233FB" w:rsidP="000233FB">
      <w:pPr>
        <w:pStyle w:val="Listaconvietas"/>
      </w:pPr>
      <w:r>
        <w:t>Bridged business operations, customer-facing teams, and engineering to prioritize initiatives for Blackboard Learn Ultra’s admin experience, ensuring alignment between user needs, technical constraints, and company goals.</w:t>
      </w:r>
    </w:p>
    <w:p w14:paraId="50ECFAF5" w14:textId="516091C5" w:rsidR="000233FB" w:rsidRDefault="000233FB" w:rsidP="000233FB">
      <w:pPr>
        <w:pStyle w:val="Listaconvietas"/>
      </w:pPr>
      <w:r>
        <w:t>Led end-to-end discovery, definition, delivery, and measurement of new admin capabilities</w:t>
      </w:r>
      <w:r w:rsidR="00C44FC4">
        <w:t xml:space="preserve">, </w:t>
      </w:r>
      <w:r>
        <w:t>coordinating UX, engineering, QA, documentation, and customer-facing teams.</w:t>
      </w:r>
    </w:p>
    <w:p w14:paraId="2E647700" w14:textId="610DBEEC" w:rsidR="000233FB" w:rsidRDefault="000233FB" w:rsidP="000233FB">
      <w:pPr>
        <w:pStyle w:val="Listaconvietas"/>
      </w:pPr>
      <w:r>
        <w:t>Drove data-informed decision-making by combining product analytics, customer interviews, and support insights to rank opportunities and refine roadmaps.</w:t>
      </w:r>
    </w:p>
    <w:p w14:paraId="07ACF372" w14:textId="67625EEA" w:rsidR="000233FB" w:rsidRDefault="000233FB" w:rsidP="000233FB">
      <w:pPr>
        <w:pStyle w:val="Listaconvietas"/>
      </w:pPr>
      <w:r>
        <w:t>Collaborated with global stakeholders across regions and domains, adapting global platform capabilities to local institutional and regulatory needs.</w:t>
      </w:r>
    </w:p>
    <w:p w14:paraId="0592A19A" w14:textId="480BCC64" w:rsidR="00CB3846" w:rsidRDefault="00EB5EAD">
      <w:pPr>
        <w:pStyle w:val="Listaconvietas"/>
      </w:pPr>
      <w:r>
        <w:t>F</w:t>
      </w:r>
      <w:r>
        <w:t>acilitated workshops and brainstorming sessions to foster creativity and cross-functional problem-solving.</w:t>
      </w:r>
    </w:p>
    <w:p w14:paraId="03F4B3D2" w14:textId="77777777" w:rsidR="00CB3846" w:rsidRDefault="00EB5EAD">
      <w:pPr>
        <w:pStyle w:val="Listaconvietas"/>
      </w:pPr>
      <w:r>
        <w:t>Mentored product managers, sharing Agile and Scrum best practices.</w:t>
      </w:r>
    </w:p>
    <w:p w14:paraId="5DA325CD" w14:textId="5BDB645A" w:rsidR="00CB3846" w:rsidRDefault="00EB5EAD">
      <w:pPr>
        <w:pStyle w:val="Listaconnmeros"/>
      </w:pPr>
      <w:r>
        <w:t>Product Manager</w:t>
      </w:r>
      <w:r>
        <w:br/>
        <w:t>Anthology Inc – Bogotá, Colombia</w:t>
      </w:r>
      <w:r w:rsidR="00634A50">
        <w:t xml:space="preserve"> (Remote)</w:t>
      </w:r>
      <w:r>
        <w:br/>
        <w:t>July 2022 – June 2024</w:t>
      </w:r>
    </w:p>
    <w:p w14:paraId="56EE113F" w14:textId="77777777" w:rsidR="00CB3846" w:rsidRDefault="00EB5EAD">
      <w:pPr>
        <w:pStyle w:val="Listaconvietas"/>
      </w:pPr>
      <w:r>
        <w:t>Managed complex projects, prioritizing requirements based on quantitative and qualitative evidence to align with business goals.</w:t>
      </w:r>
    </w:p>
    <w:p w14:paraId="06188DAF" w14:textId="77777777" w:rsidR="00CB3846" w:rsidRDefault="00EB5EAD">
      <w:pPr>
        <w:pStyle w:val="Listaconvietas"/>
      </w:pPr>
      <w:r>
        <w:t>Communicated effectively with stakeholders and customers, providing insights and updates on releases and roadmaps.</w:t>
      </w:r>
    </w:p>
    <w:p w14:paraId="77002659" w14:textId="77777777" w:rsidR="00CB3846" w:rsidRDefault="00EB5EAD">
      <w:pPr>
        <w:pStyle w:val="Listaconvietas"/>
      </w:pPr>
      <w:r>
        <w:t>Applied Agile and Waterfall methodologies to drive project success.</w:t>
      </w:r>
    </w:p>
    <w:p w14:paraId="5BCC11E0" w14:textId="117D9095" w:rsidR="00CB3846" w:rsidRDefault="00EB5EAD">
      <w:pPr>
        <w:pStyle w:val="Listaconnmeros"/>
      </w:pPr>
      <w:r>
        <w:lastRenderedPageBreak/>
        <w:t>Senior Product Owner</w:t>
      </w:r>
      <w:r>
        <w:br/>
        <w:t>Anthology Inc – Bogotá, Colombia</w:t>
      </w:r>
      <w:r w:rsidR="00634A50">
        <w:t xml:space="preserve"> (Remote)</w:t>
      </w:r>
      <w:r>
        <w:br/>
        <w:t>September 2021 – July 2022</w:t>
      </w:r>
    </w:p>
    <w:p w14:paraId="3ED6ADCB" w14:textId="77777777" w:rsidR="00CB3846" w:rsidRDefault="00EB5EAD">
      <w:pPr>
        <w:pStyle w:val="Listaconvietas"/>
      </w:pPr>
      <w:r>
        <w:t>Directed initiatives for multiple teams, aligning efforts with organizational objectives and ensuring product-market fit.</w:t>
      </w:r>
    </w:p>
    <w:p w14:paraId="4CD62268" w14:textId="77777777" w:rsidR="00CB3846" w:rsidRDefault="00EB5EAD">
      <w:pPr>
        <w:pStyle w:val="Listaconvietas"/>
      </w:pPr>
      <w:r>
        <w:t>Developed and maintained high-quality documentation to support execution and stakeholder communication.</w:t>
      </w:r>
    </w:p>
    <w:p w14:paraId="4DF2CB91" w14:textId="0899E950" w:rsidR="00CB3846" w:rsidRDefault="00EB5EAD">
      <w:pPr>
        <w:pStyle w:val="Listaconnmeros"/>
      </w:pPr>
      <w:r>
        <w:t>Product Owner</w:t>
      </w:r>
      <w:r>
        <w:br/>
        <w:t>Anthology Inc – Bogotá, Colombia</w:t>
      </w:r>
      <w:r w:rsidR="00634A50">
        <w:t xml:space="preserve"> (Remote)</w:t>
      </w:r>
      <w:r>
        <w:br/>
        <w:t>September 2019 – September 2021</w:t>
      </w:r>
    </w:p>
    <w:p w14:paraId="76786711" w14:textId="77777777" w:rsidR="00CB3846" w:rsidRDefault="00EB5EAD">
      <w:pPr>
        <w:pStyle w:val="Listaconvietas"/>
      </w:pPr>
      <w:r>
        <w:t>Evaluated data to plan strategic initiatives, ensuring comprehensive and effective solutions.</w:t>
      </w:r>
    </w:p>
    <w:p w14:paraId="0416FEE0" w14:textId="77777777" w:rsidR="00CB3846" w:rsidRDefault="00EB5EAD">
      <w:pPr>
        <w:pStyle w:val="Listaconvietas"/>
      </w:pPr>
      <w:r>
        <w:t>Collaborated with UX/design and development teams to define requirements and workflows.</w:t>
      </w:r>
    </w:p>
    <w:p w14:paraId="013C890E" w14:textId="77777777" w:rsidR="00CB3846" w:rsidRDefault="00EB5EAD">
      <w:pPr>
        <w:pStyle w:val="Listaconvietas"/>
      </w:pPr>
      <w:r>
        <w:t>Prioritized backlogs and negotiated stakeholder priorities, enhancing operational effectiveness.</w:t>
      </w:r>
    </w:p>
    <w:p w14:paraId="0A62A1F9" w14:textId="77777777" w:rsidR="00CB3846" w:rsidRDefault="00EB5EAD">
      <w:pPr>
        <w:pStyle w:val="Listaconnmeros"/>
      </w:pPr>
      <w:r>
        <w:t>Producer</w:t>
      </w:r>
      <w:r>
        <w:br/>
      </w:r>
      <w:proofErr w:type="spellStart"/>
      <w:r>
        <w:t>Zygobot</w:t>
      </w:r>
      <w:proofErr w:type="spellEnd"/>
      <w:r>
        <w:t xml:space="preserve"> – Orlando, FL, USA</w:t>
      </w:r>
      <w:r>
        <w:br/>
        <w:t>May 2018 – April 2019</w:t>
      </w:r>
    </w:p>
    <w:p w14:paraId="04EC96AB" w14:textId="77777777" w:rsidR="00CB3846" w:rsidRDefault="00EB5EAD">
      <w:pPr>
        <w:pStyle w:val="Listaconvietas"/>
      </w:pPr>
      <w:r>
        <w:t>Oversaw technical development and creative art direction for game projects.</w:t>
      </w:r>
    </w:p>
    <w:p w14:paraId="035CC87F" w14:textId="77777777" w:rsidR="00CB3846" w:rsidRDefault="00EB5EAD">
      <w:pPr>
        <w:pStyle w:val="Listaconvietas"/>
      </w:pPr>
      <w:r>
        <w:t>Assisted the executive producer across development and design processes.</w:t>
      </w:r>
    </w:p>
    <w:p w14:paraId="19846BF8" w14:textId="77777777" w:rsidR="00CB3846" w:rsidRDefault="00EB5EAD">
      <w:pPr>
        <w:pStyle w:val="Listaconvietas"/>
      </w:pPr>
      <w:r>
        <w:t>Prepared weekly reports on project schedules and milestones.</w:t>
      </w:r>
    </w:p>
    <w:p w14:paraId="082ED14A" w14:textId="77777777" w:rsidR="00CB3846" w:rsidRDefault="00EB5EAD">
      <w:pPr>
        <w:pStyle w:val="Listaconvietas"/>
      </w:pPr>
      <w:r>
        <w:t>Led internal and external teams to meet project goals, presenting progress and solutions to stakeholders.</w:t>
      </w:r>
    </w:p>
    <w:p w14:paraId="071FCAF5" w14:textId="77777777" w:rsidR="00CB3846" w:rsidRDefault="00EB5EAD">
      <w:pPr>
        <w:pStyle w:val="Listaconnmeros"/>
      </w:pPr>
      <w:r>
        <w:t>Strategic Design Analyst</w:t>
      </w:r>
      <w:r>
        <w:br/>
        <w:t xml:space="preserve">ESP </w:t>
      </w:r>
      <w:proofErr w:type="spellStart"/>
      <w:r>
        <w:t>Importaciones</w:t>
      </w:r>
      <w:proofErr w:type="spellEnd"/>
      <w:r>
        <w:t xml:space="preserve"> – Bogotá, Colombia</w:t>
      </w:r>
      <w:r>
        <w:br/>
        <w:t>January 2017 – April 2018</w:t>
      </w:r>
    </w:p>
    <w:p w14:paraId="69B9C446" w14:textId="77777777" w:rsidR="00CB3846" w:rsidRDefault="00EB5EAD">
      <w:pPr>
        <w:pStyle w:val="Listaconvietas"/>
      </w:pPr>
      <w:r>
        <w:t>Contributed to company-wide strategy improvements.</w:t>
      </w:r>
    </w:p>
    <w:p w14:paraId="16AB9A85" w14:textId="77777777" w:rsidR="00CB3846" w:rsidRDefault="00EB5EAD">
      <w:pPr>
        <w:pStyle w:val="Listaconvietas"/>
      </w:pPr>
      <w:r>
        <w:t>Planned, created, and implemented multimedia materials to support communication objectives, increasing brand visibility.</w:t>
      </w:r>
    </w:p>
    <w:p w14:paraId="50539D75" w14:textId="77777777" w:rsidR="00CB3846" w:rsidRDefault="00EB5EAD">
      <w:pPr>
        <w:pStyle w:val="Listaconvietas"/>
      </w:pPr>
      <w:r>
        <w:t>Managed design projects with external agencies, guiding creative direction for marketing campaigns.</w:t>
      </w:r>
    </w:p>
    <w:p w14:paraId="3927D7BA" w14:textId="77777777" w:rsidR="00423635" w:rsidRDefault="00423635">
      <w:pPr>
        <w:pStyle w:val="Ttulo1"/>
      </w:pPr>
    </w:p>
    <w:p w14:paraId="310B20B9" w14:textId="5E95F012" w:rsidR="00CB3846" w:rsidRDefault="00EB5EAD">
      <w:pPr>
        <w:pStyle w:val="Ttulo1"/>
      </w:pPr>
      <w:r>
        <w:t>EDUCATION</w:t>
      </w:r>
    </w:p>
    <w:p w14:paraId="5AC0BC47" w14:textId="67F59D9A" w:rsidR="00270ED8" w:rsidRDefault="00270ED8" w:rsidP="00B32A7F">
      <w:pPr>
        <w:pStyle w:val="Prrafodelista"/>
        <w:numPr>
          <w:ilvl w:val="0"/>
          <w:numId w:val="11"/>
        </w:numPr>
      </w:pPr>
      <w:r>
        <w:t xml:space="preserve">Diploma in </w:t>
      </w:r>
      <w:r w:rsidRPr="00270ED8">
        <w:t>AI for Directors</w:t>
      </w:r>
      <w:r>
        <w:t xml:space="preserve"> - 2025</w:t>
      </w:r>
    </w:p>
    <w:p w14:paraId="12F32B08" w14:textId="19C5F7D1" w:rsidR="00CB3846" w:rsidRDefault="00EB5EAD" w:rsidP="00B32A7F">
      <w:pPr>
        <w:pStyle w:val="Prrafodelista"/>
        <w:numPr>
          <w:ilvl w:val="0"/>
          <w:numId w:val="11"/>
        </w:numPr>
      </w:pPr>
      <w:r>
        <w:t>Postgraduate Diploma in Design Thinking &amp; Management, Jorge Tadeo Lozano University</w:t>
      </w:r>
      <w:r w:rsidR="009D5946">
        <w:t xml:space="preserve"> 2020</w:t>
      </w:r>
      <w:r>
        <w:t xml:space="preserve"> – 2021</w:t>
      </w:r>
    </w:p>
    <w:p w14:paraId="15C692DF" w14:textId="77777777" w:rsidR="00CB3846" w:rsidRDefault="00EB5EAD" w:rsidP="00B32A7F">
      <w:pPr>
        <w:pStyle w:val="Prrafodelista"/>
        <w:numPr>
          <w:ilvl w:val="0"/>
          <w:numId w:val="11"/>
        </w:numPr>
      </w:pPr>
      <w:r>
        <w:t>Diploma in Big Data &amp; Business Analytics, La Sabana University – 2020</w:t>
      </w:r>
    </w:p>
    <w:p w14:paraId="7DFD3AFE" w14:textId="77777777" w:rsidR="00CB3846" w:rsidRDefault="00EB5EAD" w:rsidP="00B32A7F">
      <w:pPr>
        <w:pStyle w:val="Prrafodelista"/>
        <w:numPr>
          <w:ilvl w:val="0"/>
          <w:numId w:val="11"/>
        </w:numPr>
      </w:pPr>
      <w:r>
        <w:t>Diploma in Digital Marketing Specialist, Nivel Pro – 2019</w:t>
      </w:r>
    </w:p>
    <w:p w14:paraId="76CD1523" w14:textId="77777777" w:rsidR="00CB3846" w:rsidRDefault="00EB5EAD" w:rsidP="00B32A7F">
      <w:pPr>
        <w:pStyle w:val="Prrafodelista"/>
        <w:numPr>
          <w:ilvl w:val="0"/>
          <w:numId w:val="11"/>
        </w:numPr>
      </w:pPr>
      <w:r>
        <w:t>M.Sc. in Game Design, Full Sail University – 2018 – 2019</w:t>
      </w:r>
    </w:p>
    <w:p w14:paraId="34B0CB17" w14:textId="77777777" w:rsidR="00CB3846" w:rsidRDefault="00EB5EAD" w:rsidP="00B32A7F">
      <w:pPr>
        <w:pStyle w:val="Prrafodelista"/>
        <w:numPr>
          <w:ilvl w:val="0"/>
          <w:numId w:val="11"/>
        </w:numPr>
      </w:pPr>
      <w:r>
        <w:t xml:space="preserve">Diploma in Game Development, </w:t>
      </w:r>
      <w:proofErr w:type="spellStart"/>
      <w:r>
        <w:t>Arkde</w:t>
      </w:r>
      <w:proofErr w:type="spellEnd"/>
      <w:r>
        <w:t xml:space="preserve"> – 2016</w:t>
      </w:r>
    </w:p>
    <w:p w14:paraId="7D6BF011" w14:textId="77777777" w:rsidR="00CB3846" w:rsidRDefault="00EB5EAD" w:rsidP="00B32A7F">
      <w:pPr>
        <w:pStyle w:val="Prrafodelista"/>
        <w:numPr>
          <w:ilvl w:val="0"/>
          <w:numId w:val="11"/>
        </w:numPr>
      </w:pPr>
      <w:r>
        <w:t>B.Sc. in Strategic Design, Andes University – 2011 – 2016</w:t>
      </w:r>
    </w:p>
    <w:p w14:paraId="7B91A06E" w14:textId="4E7E6212" w:rsidR="00E311C1" w:rsidRDefault="00E311C1" w:rsidP="00E311C1">
      <w:r w:rsidRPr="00E311C1">
        <w:rPr>
          <w:b/>
          <w:bCs/>
        </w:rPr>
        <w:t>Languages:</w:t>
      </w:r>
      <w:r w:rsidRPr="00E311C1">
        <w:t xml:space="preserve"> Spanish (native), English (advanced/fluent – used daily in global teams)</w:t>
      </w:r>
    </w:p>
    <w:p w14:paraId="30E5BDA7" w14:textId="77777777" w:rsidR="00CB3846" w:rsidRDefault="00EB5EAD">
      <w:pPr>
        <w:pStyle w:val="Ttulo1"/>
      </w:pPr>
      <w:r>
        <w:t>T</w:t>
      </w:r>
      <w:r>
        <w:t>ECHNICAL SKILLS</w:t>
      </w:r>
    </w:p>
    <w:p w14:paraId="15A615AD" w14:textId="77777777" w:rsidR="00B32A7F" w:rsidRDefault="00EB5EAD" w:rsidP="00B32A7F">
      <w:pPr>
        <w:pStyle w:val="Prrafodelista"/>
        <w:numPr>
          <w:ilvl w:val="0"/>
          <w:numId w:val="12"/>
        </w:numPr>
      </w:pPr>
      <w:r w:rsidRPr="00B32A7F">
        <w:rPr>
          <w:b/>
          <w:bCs/>
        </w:rPr>
        <w:t>Tools &amp; Platforms:</w:t>
      </w:r>
      <w:r>
        <w:t xml:space="preserve"> Azure DevOps, Jira, Confluence, Figma, Asana, Power BI, Adobe Creative Cloud, Unity</w:t>
      </w:r>
    </w:p>
    <w:p w14:paraId="0FA44EF2" w14:textId="77777777" w:rsidR="00B32A7F" w:rsidRDefault="00EB5EAD" w:rsidP="00B32A7F">
      <w:pPr>
        <w:pStyle w:val="Prrafodelista"/>
        <w:numPr>
          <w:ilvl w:val="0"/>
          <w:numId w:val="12"/>
        </w:numPr>
      </w:pPr>
      <w:r w:rsidRPr="00B32A7F">
        <w:rPr>
          <w:b/>
          <w:bCs/>
        </w:rPr>
        <w:t>Methodologies:</w:t>
      </w:r>
      <w:r>
        <w:t xml:space="preserve"> Scrum, Agile, Design Thinking</w:t>
      </w:r>
    </w:p>
    <w:p w14:paraId="78A984B5" w14:textId="7A75AE15" w:rsidR="00CB3846" w:rsidRDefault="00EB5EAD" w:rsidP="00B32A7F">
      <w:pPr>
        <w:pStyle w:val="Prrafodelista"/>
        <w:numPr>
          <w:ilvl w:val="0"/>
          <w:numId w:val="12"/>
        </w:numPr>
      </w:pPr>
      <w:r w:rsidRPr="00B32A7F">
        <w:rPr>
          <w:b/>
          <w:bCs/>
        </w:rPr>
        <w:t>Capabilities:</w:t>
      </w:r>
      <w:r>
        <w:t xml:space="preserve"> Business analysis, roadmap management, backlog prioritization, market research, UX design, usability testing</w:t>
      </w:r>
    </w:p>
    <w:p w14:paraId="1A551A2E" w14:textId="77777777" w:rsidR="00CB3846" w:rsidRDefault="00EB5EAD">
      <w:pPr>
        <w:pStyle w:val="Ttulo1"/>
      </w:pPr>
      <w:r>
        <w:t>CERTIFICATIONS</w:t>
      </w:r>
    </w:p>
    <w:p w14:paraId="4DDA0517" w14:textId="77777777" w:rsidR="00CB3846" w:rsidRPr="00634A50" w:rsidRDefault="00EB5EAD" w:rsidP="00423635">
      <w:pPr>
        <w:pStyle w:val="Listaconnmeros"/>
        <w:numPr>
          <w:ilvl w:val="0"/>
          <w:numId w:val="0"/>
        </w:numPr>
        <w:ind w:left="360" w:hanging="360"/>
        <w:rPr>
          <w:b/>
          <w:bCs/>
        </w:rPr>
      </w:pPr>
      <w:r w:rsidRPr="00634A50">
        <w:rPr>
          <w:b/>
          <w:bCs/>
        </w:rPr>
        <w:t>Scrum Alliance</w:t>
      </w:r>
    </w:p>
    <w:p w14:paraId="40022DE7" w14:textId="77777777" w:rsidR="00CB3846" w:rsidRDefault="00EB5EAD">
      <w:pPr>
        <w:pStyle w:val="Listaconvietas"/>
      </w:pPr>
      <w:r>
        <w:t>Certified ScrumMaster (CSM) – March 2019</w:t>
      </w:r>
    </w:p>
    <w:p w14:paraId="2EA7DBFF" w14:textId="77777777" w:rsidR="00CB3846" w:rsidRDefault="00EB5EAD">
      <w:pPr>
        <w:pStyle w:val="Listaconvietas"/>
      </w:pPr>
      <w:r>
        <w:t>Certified Scrum Product Owner (CSPO) – March 2020</w:t>
      </w:r>
    </w:p>
    <w:p w14:paraId="78AFA0BF" w14:textId="77777777" w:rsidR="00CB3846" w:rsidRDefault="00EB5EAD">
      <w:pPr>
        <w:pStyle w:val="Listaconvietas"/>
      </w:pPr>
      <w:r>
        <w:t>Advanced Certified Scrum Product Owner (A‑CSPO) – September 2021</w:t>
      </w:r>
    </w:p>
    <w:p w14:paraId="04B6BACC" w14:textId="77777777" w:rsidR="00CB3846" w:rsidRDefault="00EB5EAD">
      <w:pPr>
        <w:pStyle w:val="Listaconvietas"/>
      </w:pPr>
      <w:r>
        <w:t>Certified Scrum Professional – Product Owner (CSP‑PO) – August 2023</w:t>
      </w:r>
    </w:p>
    <w:p w14:paraId="7128DDE0" w14:textId="77777777" w:rsidR="00CB3846" w:rsidRPr="00634A50" w:rsidRDefault="00EB5EAD" w:rsidP="00423635">
      <w:pPr>
        <w:pStyle w:val="Listaconnmeros"/>
        <w:numPr>
          <w:ilvl w:val="0"/>
          <w:numId w:val="0"/>
        </w:numPr>
        <w:rPr>
          <w:b/>
          <w:bCs/>
        </w:rPr>
      </w:pPr>
      <w:r w:rsidRPr="00634A50">
        <w:rPr>
          <w:b/>
          <w:bCs/>
        </w:rPr>
        <w:t>McKinsey Academy</w:t>
      </w:r>
    </w:p>
    <w:p w14:paraId="47D4DC4D" w14:textId="77777777" w:rsidR="00CB3846" w:rsidRDefault="00EB5EAD">
      <w:pPr>
        <w:pStyle w:val="Listaconvietas"/>
      </w:pPr>
      <w:r>
        <w:t>Product Academy Completion Certificate – October 2022</w:t>
      </w:r>
    </w:p>
    <w:p w14:paraId="4C144E9D" w14:textId="77777777" w:rsidR="00CB3846" w:rsidRDefault="00EB5EAD">
      <w:pPr>
        <w:pStyle w:val="Listaconvietas"/>
      </w:pPr>
      <w:r>
        <w:t>Product Academy Completion Certificate – September 2023</w:t>
      </w:r>
    </w:p>
    <w:p w14:paraId="4218B24E" w14:textId="77777777" w:rsidR="00CB3846" w:rsidRPr="00634A50" w:rsidRDefault="00EB5EAD" w:rsidP="00423635">
      <w:pPr>
        <w:pStyle w:val="Listaconnmeros"/>
        <w:numPr>
          <w:ilvl w:val="0"/>
          <w:numId w:val="0"/>
        </w:numPr>
        <w:rPr>
          <w:b/>
          <w:bCs/>
        </w:rPr>
      </w:pPr>
      <w:proofErr w:type="spellStart"/>
      <w:r w:rsidRPr="00634A50">
        <w:rPr>
          <w:b/>
          <w:bCs/>
        </w:rPr>
        <w:t>SAFe</w:t>
      </w:r>
      <w:proofErr w:type="spellEnd"/>
      <w:r w:rsidRPr="00634A50">
        <w:rPr>
          <w:b/>
          <w:bCs/>
        </w:rPr>
        <w:t xml:space="preserve"> (Scaled Agile Framework)</w:t>
      </w:r>
    </w:p>
    <w:p w14:paraId="487D28EF" w14:textId="77777777" w:rsidR="00CB3846" w:rsidRDefault="00EB5EAD">
      <w:pPr>
        <w:pStyle w:val="Listaconvietas"/>
      </w:pPr>
      <w:proofErr w:type="spellStart"/>
      <w:r>
        <w:t>SAFe</w:t>
      </w:r>
      <w:proofErr w:type="spellEnd"/>
      <w:r>
        <w:t xml:space="preserve"> Product Owner/Product Manager (POPM) – November 2020</w:t>
      </w:r>
    </w:p>
    <w:p w14:paraId="0498476C" w14:textId="77777777" w:rsidR="00CB3846" w:rsidRDefault="00EB5EAD">
      <w:pPr>
        <w:pStyle w:val="Listaconvietas"/>
      </w:pPr>
      <w:proofErr w:type="spellStart"/>
      <w:r>
        <w:t>SAFe</w:t>
      </w:r>
      <w:proofErr w:type="spellEnd"/>
      <w:r>
        <w:t xml:space="preserve"> Agilist (SA) – June 2021</w:t>
      </w:r>
    </w:p>
    <w:p w14:paraId="60F8B19B" w14:textId="77777777" w:rsidR="00CB3846" w:rsidRDefault="00EB5EAD">
      <w:pPr>
        <w:pStyle w:val="Listaconvietas"/>
      </w:pPr>
      <w:proofErr w:type="spellStart"/>
      <w:r>
        <w:t>SAFe</w:t>
      </w:r>
      <w:proofErr w:type="spellEnd"/>
      <w:r>
        <w:t xml:space="preserve"> Practitioner (SP) – September 2021</w:t>
      </w:r>
    </w:p>
    <w:p w14:paraId="3FC26A10" w14:textId="77777777" w:rsidR="00CB3846" w:rsidRPr="00634A50" w:rsidRDefault="00EB5EAD" w:rsidP="00423635">
      <w:pPr>
        <w:pStyle w:val="Listaconnmeros"/>
        <w:numPr>
          <w:ilvl w:val="0"/>
          <w:numId w:val="0"/>
        </w:numPr>
        <w:rPr>
          <w:b/>
          <w:bCs/>
        </w:rPr>
      </w:pPr>
      <w:r w:rsidRPr="00634A50">
        <w:rPr>
          <w:b/>
          <w:bCs/>
        </w:rPr>
        <w:t>Pendo &amp; Mind the Product</w:t>
      </w:r>
    </w:p>
    <w:p w14:paraId="206BD117" w14:textId="77777777" w:rsidR="00CB3846" w:rsidRDefault="00EB5EAD">
      <w:pPr>
        <w:pStyle w:val="Listaconvietas"/>
      </w:pPr>
      <w:r>
        <w:lastRenderedPageBreak/>
        <w:t>Product Let’s Certify – March 2022</w:t>
      </w:r>
    </w:p>
    <w:p w14:paraId="63411AB2" w14:textId="77777777" w:rsidR="00CB3846" w:rsidRDefault="00EB5EAD">
      <w:pPr>
        <w:pStyle w:val="Listaconvietas"/>
      </w:pPr>
      <w:r>
        <w:t>Product Analytics Certified – August 2022</w:t>
      </w:r>
    </w:p>
    <w:p w14:paraId="53AA1978" w14:textId="77777777" w:rsidR="00CB3846" w:rsidRDefault="00EB5EAD">
      <w:pPr>
        <w:pStyle w:val="Listaconvietas"/>
      </w:pPr>
      <w:r>
        <w:t>Product Management Basics – 2023</w:t>
      </w:r>
    </w:p>
    <w:p w14:paraId="4F940F60" w14:textId="77777777" w:rsidR="00634A50" w:rsidRDefault="00634A50" w:rsidP="00634A50">
      <w:pPr>
        <w:pStyle w:val="Listaconvietas"/>
        <w:numPr>
          <w:ilvl w:val="0"/>
          <w:numId w:val="0"/>
        </w:numPr>
      </w:pPr>
    </w:p>
    <w:p w14:paraId="34D4CA60" w14:textId="77777777" w:rsidR="006672FE" w:rsidRPr="006672FE" w:rsidRDefault="006672FE" w:rsidP="006672FE">
      <w:pPr>
        <w:pStyle w:val="Listaconnmeros"/>
        <w:numPr>
          <w:ilvl w:val="0"/>
          <w:numId w:val="0"/>
        </w:numPr>
        <w:rPr>
          <w:b/>
          <w:bCs/>
        </w:rPr>
      </w:pPr>
      <w:r w:rsidRPr="006672FE">
        <w:rPr>
          <w:b/>
          <w:bCs/>
        </w:rPr>
        <w:t>Other</w:t>
      </w:r>
    </w:p>
    <w:p w14:paraId="62648DC7" w14:textId="77777777" w:rsidR="006672FE" w:rsidRDefault="006672FE" w:rsidP="006672FE">
      <w:pPr>
        <w:pStyle w:val="Listaconvietas"/>
      </w:pPr>
      <w:r w:rsidRPr="00B32A7F">
        <w:rPr>
          <w:b/>
          <w:bCs/>
        </w:rPr>
        <w:t>Google Project Management:</w:t>
      </w:r>
      <w:r>
        <w:t xml:space="preserve"> Professional Certificate – September 2022</w:t>
      </w:r>
    </w:p>
    <w:p w14:paraId="46A00161" w14:textId="77777777" w:rsidR="006672FE" w:rsidRDefault="006672FE" w:rsidP="006672FE">
      <w:pPr>
        <w:pStyle w:val="Listaconvietas"/>
      </w:pPr>
      <w:r w:rsidRPr="00634A50">
        <w:rPr>
          <w:b/>
          <w:bCs/>
        </w:rPr>
        <w:t>Xbox Product Manager</w:t>
      </w:r>
      <w:r>
        <w:t>: Professional Certificate – May 2025</w:t>
      </w:r>
    </w:p>
    <w:p w14:paraId="4C6A0AF2" w14:textId="77777777" w:rsidR="006672FE" w:rsidRDefault="006672FE" w:rsidP="00634A50">
      <w:pPr>
        <w:pStyle w:val="Listaconvietas"/>
        <w:numPr>
          <w:ilvl w:val="0"/>
          <w:numId w:val="0"/>
        </w:numPr>
      </w:pPr>
    </w:p>
    <w:p w14:paraId="083D5AE5" w14:textId="77777777" w:rsidR="006672FE" w:rsidRDefault="006672FE" w:rsidP="00634A50">
      <w:pPr>
        <w:pStyle w:val="Listaconvietas"/>
        <w:numPr>
          <w:ilvl w:val="0"/>
          <w:numId w:val="0"/>
        </w:numPr>
      </w:pPr>
    </w:p>
    <w:p w14:paraId="600B1831" w14:textId="6A259FDA" w:rsidR="00634A50" w:rsidRPr="00634A50" w:rsidRDefault="00634A50" w:rsidP="00634A50">
      <w:pPr>
        <w:pStyle w:val="Listaconvietas"/>
        <w:numPr>
          <w:ilvl w:val="0"/>
          <w:numId w:val="0"/>
        </w:numPr>
        <w:rPr>
          <w:b/>
          <w:bCs/>
        </w:rPr>
      </w:pPr>
      <w:r w:rsidRPr="00634A50">
        <w:rPr>
          <w:b/>
          <w:bCs/>
        </w:rPr>
        <w:t>Interaction Design Foundation</w:t>
      </w:r>
    </w:p>
    <w:p w14:paraId="7559A5C7" w14:textId="77777777" w:rsidR="00634A50" w:rsidRDefault="00634A50" w:rsidP="00634A50">
      <w:pPr>
        <w:pStyle w:val="Listaconvietas"/>
        <w:numPr>
          <w:ilvl w:val="0"/>
          <w:numId w:val="0"/>
        </w:numPr>
      </w:pPr>
    </w:p>
    <w:p w14:paraId="7B47A5A4" w14:textId="315E1847" w:rsidR="00634A50" w:rsidRDefault="00634A50" w:rsidP="00634A50">
      <w:pPr>
        <w:pStyle w:val="Listaconvietas"/>
        <w:numPr>
          <w:ilvl w:val="0"/>
          <w:numId w:val="0"/>
        </w:numPr>
        <w:ind w:left="360" w:hanging="360"/>
      </w:pPr>
      <w:hyperlink r:id="rId6" w:history="1">
        <w:r w:rsidRPr="00FF4E19">
          <w:rPr>
            <w:rStyle w:val="Hipervnculo"/>
          </w:rPr>
          <w:t>https://www.interaction-design.org/members/daniel-cardona?r=daniel-cardona</w:t>
        </w:r>
      </w:hyperlink>
    </w:p>
    <w:p w14:paraId="3CA848DA" w14:textId="77777777" w:rsidR="00634A50" w:rsidRDefault="00634A50" w:rsidP="00634A50">
      <w:pPr>
        <w:pStyle w:val="Listaconvietas"/>
        <w:numPr>
          <w:ilvl w:val="0"/>
          <w:numId w:val="0"/>
        </w:numPr>
        <w:ind w:left="360" w:hanging="360"/>
      </w:pPr>
    </w:p>
    <w:p w14:paraId="755CA258" w14:textId="48C69B36" w:rsidR="006672FE" w:rsidRPr="00B32A7F" w:rsidRDefault="006672FE" w:rsidP="00634A50">
      <w:pPr>
        <w:pStyle w:val="Listaconvietas"/>
        <w:numPr>
          <w:ilvl w:val="0"/>
          <w:numId w:val="0"/>
        </w:numPr>
        <w:ind w:left="360" w:hanging="360"/>
        <w:rPr>
          <w:b/>
          <w:bCs/>
        </w:rPr>
      </w:pPr>
      <w:proofErr w:type="spellStart"/>
      <w:r w:rsidRPr="00B32A7F">
        <w:rPr>
          <w:b/>
          <w:bCs/>
        </w:rPr>
        <w:t>Platzi</w:t>
      </w:r>
      <w:proofErr w:type="spellEnd"/>
      <w:r w:rsidRPr="00B32A7F">
        <w:rPr>
          <w:b/>
          <w:bCs/>
        </w:rPr>
        <w:t xml:space="preserve"> </w:t>
      </w:r>
    </w:p>
    <w:p w14:paraId="769C7D26" w14:textId="77777777" w:rsidR="006672FE" w:rsidRDefault="006672FE" w:rsidP="00634A50">
      <w:pPr>
        <w:pStyle w:val="Listaconvietas"/>
        <w:numPr>
          <w:ilvl w:val="0"/>
          <w:numId w:val="0"/>
        </w:numPr>
        <w:ind w:left="360" w:hanging="360"/>
      </w:pPr>
    </w:p>
    <w:p w14:paraId="1BBBEF39" w14:textId="56ECBD6B" w:rsidR="00634A50" w:rsidRDefault="006672FE" w:rsidP="006672FE">
      <w:pPr>
        <w:pStyle w:val="Listaconvietas"/>
        <w:numPr>
          <w:ilvl w:val="0"/>
          <w:numId w:val="0"/>
        </w:numPr>
        <w:ind w:left="360" w:hanging="360"/>
      </w:pPr>
      <w:hyperlink r:id="rId7" w:history="1">
        <w:r w:rsidRPr="006672FE">
          <w:rPr>
            <w:rStyle w:val="Hipervnculo"/>
          </w:rPr>
          <w:t xml:space="preserve">Daniel </w:t>
        </w:r>
        <w:proofErr w:type="gramStart"/>
        <w:r w:rsidRPr="006672FE">
          <w:rPr>
            <w:rStyle w:val="Hipervnculo"/>
          </w:rPr>
          <w:t>Cardona (@</w:t>
        </w:r>
        <w:proofErr w:type="gramEnd"/>
        <w:r w:rsidRPr="006672FE">
          <w:rPr>
            <w:rStyle w:val="Hipervnculo"/>
          </w:rPr>
          <w:t xml:space="preserve">NaninHead) - </w:t>
        </w:r>
        <w:proofErr w:type="spellStart"/>
        <w:r w:rsidRPr="006672FE">
          <w:rPr>
            <w:rStyle w:val="Hipervnculo"/>
          </w:rPr>
          <w:t>Platzi</w:t>
        </w:r>
        <w:proofErr w:type="spellEnd"/>
      </w:hyperlink>
    </w:p>
    <w:p w14:paraId="2815A573" w14:textId="77777777" w:rsidR="00C82847" w:rsidRDefault="00C82847" w:rsidP="00C82847">
      <w:pPr>
        <w:pStyle w:val="Listaconvietas"/>
        <w:numPr>
          <w:ilvl w:val="0"/>
          <w:numId w:val="0"/>
        </w:numPr>
        <w:ind w:left="360" w:hanging="360"/>
      </w:pPr>
    </w:p>
    <w:p w14:paraId="0FED3B2B" w14:textId="77777777" w:rsidR="00C82847" w:rsidRDefault="00C82847" w:rsidP="00C82847">
      <w:pPr>
        <w:pStyle w:val="Listaconvietas"/>
        <w:numPr>
          <w:ilvl w:val="0"/>
          <w:numId w:val="0"/>
        </w:numPr>
        <w:ind w:left="360" w:hanging="360"/>
      </w:pPr>
      <w:r w:rsidRPr="00C82847">
        <w:t xml:space="preserve">For detailed credentials and all certification badges, please visit my </w:t>
      </w:r>
      <w:proofErr w:type="spellStart"/>
      <w:r w:rsidRPr="00C82847">
        <w:t>Credly</w:t>
      </w:r>
      <w:proofErr w:type="spellEnd"/>
      <w:r w:rsidRPr="00C82847">
        <w:t xml:space="preserve"> portfolio:</w:t>
      </w:r>
    </w:p>
    <w:p w14:paraId="7AB2108F" w14:textId="4180EF11" w:rsidR="00C82847" w:rsidRDefault="005D6E94" w:rsidP="00C82847">
      <w:pPr>
        <w:pStyle w:val="Listaconvietas"/>
        <w:numPr>
          <w:ilvl w:val="0"/>
          <w:numId w:val="0"/>
        </w:numPr>
        <w:ind w:left="360" w:hanging="360"/>
      </w:pPr>
      <w:hyperlink r:id="rId8" w:anchor="badge-portfolio_" w:history="1">
        <w:r w:rsidRPr="007812A4">
          <w:rPr>
            <w:rStyle w:val="Hipervnculo"/>
          </w:rPr>
          <w:t>https://www.credly.com/users/daniel-cardona.cb90c814#badge-portfolio_</w:t>
        </w:r>
      </w:hyperlink>
    </w:p>
    <w:p w14:paraId="30006D98" w14:textId="77777777" w:rsidR="005D6E94" w:rsidRDefault="005D6E94" w:rsidP="005D6E94">
      <w:pPr>
        <w:pStyle w:val="Listaconvietas"/>
        <w:numPr>
          <w:ilvl w:val="0"/>
          <w:numId w:val="0"/>
        </w:numPr>
      </w:pPr>
    </w:p>
    <w:sectPr w:rsidR="005D6E9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7180A24E"/>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8B5E11A6"/>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4DEA5587"/>
    <w:multiLevelType w:val="hybridMultilevel"/>
    <w:tmpl w:val="C9C0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B64A37"/>
    <w:multiLevelType w:val="hybridMultilevel"/>
    <w:tmpl w:val="C206F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294930">
    <w:abstractNumId w:val="8"/>
  </w:num>
  <w:num w:numId="2" w16cid:durableId="1052971520">
    <w:abstractNumId w:val="6"/>
  </w:num>
  <w:num w:numId="3" w16cid:durableId="1651474216">
    <w:abstractNumId w:val="5"/>
  </w:num>
  <w:num w:numId="4" w16cid:durableId="936448643">
    <w:abstractNumId w:val="4"/>
  </w:num>
  <w:num w:numId="5" w16cid:durableId="686492712">
    <w:abstractNumId w:val="7"/>
  </w:num>
  <w:num w:numId="6" w16cid:durableId="942496489">
    <w:abstractNumId w:val="3"/>
  </w:num>
  <w:num w:numId="7" w16cid:durableId="1088771470">
    <w:abstractNumId w:val="2"/>
  </w:num>
  <w:num w:numId="8" w16cid:durableId="2023899641">
    <w:abstractNumId w:val="1"/>
  </w:num>
  <w:num w:numId="9" w16cid:durableId="2109498416">
    <w:abstractNumId w:val="0"/>
  </w:num>
  <w:num w:numId="10" w16cid:durableId="1916430767">
    <w:abstractNumId w:val="7"/>
  </w:num>
  <w:num w:numId="11" w16cid:durableId="1072660164">
    <w:abstractNumId w:val="10"/>
  </w:num>
  <w:num w:numId="12" w16cid:durableId="624429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3FB"/>
    <w:rsid w:val="00034616"/>
    <w:rsid w:val="0006063C"/>
    <w:rsid w:val="00110062"/>
    <w:rsid w:val="0015074B"/>
    <w:rsid w:val="001E6332"/>
    <w:rsid w:val="00270ED8"/>
    <w:rsid w:val="0029639D"/>
    <w:rsid w:val="00326F90"/>
    <w:rsid w:val="003615A8"/>
    <w:rsid w:val="003A4454"/>
    <w:rsid w:val="00423635"/>
    <w:rsid w:val="004B060F"/>
    <w:rsid w:val="005A2391"/>
    <w:rsid w:val="005D6E94"/>
    <w:rsid w:val="00634A50"/>
    <w:rsid w:val="006672FE"/>
    <w:rsid w:val="00703CD2"/>
    <w:rsid w:val="00957BF8"/>
    <w:rsid w:val="009D5946"/>
    <w:rsid w:val="00AA1D8D"/>
    <w:rsid w:val="00B22A1D"/>
    <w:rsid w:val="00B32A7F"/>
    <w:rsid w:val="00B47730"/>
    <w:rsid w:val="00C44FC4"/>
    <w:rsid w:val="00C82847"/>
    <w:rsid w:val="00CB0664"/>
    <w:rsid w:val="00CB3846"/>
    <w:rsid w:val="00D13B2C"/>
    <w:rsid w:val="00D8304A"/>
    <w:rsid w:val="00E311C1"/>
    <w:rsid w:val="00EB5E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A6BF44"/>
  <w14:defaultImageDpi w14:val="300"/>
  <w15:docId w15:val="{8A6D8168-0DC6-4511-B409-F11389154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5D6E94"/>
    <w:rPr>
      <w:color w:val="0000FF" w:themeColor="hyperlink"/>
      <w:u w:val="single"/>
    </w:rPr>
  </w:style>
  <w:style w:type="character" w:styleId="Mencinsinresolver">
    <w:name w:val="Unresolved Mention"/>
    <w:basedOn w:val="Fuentedeprrafopredeter"/>
    <w:uiPriority w:val="99"/>
    <w:semiHidden/>
    <w:unhideWhenUsed/>
    <w:rsid w:val="005D6E94"/>
    <w:rPr>
      <w:color w:val="605E5C"/>
      <w:shd w:val="clear" w:color="auto" w:fill="E1DFDD"/>
    </w:rPr>
  </w:style>
  <w:style w:type="character" w:styleId="Hipervnculovisitado">
    <w:name w:val="FollowedHyperlink"/>
    <w:basedOn w:val="Fuentedeprrafopredeter"/>
    <w:uiPriority w:val="99"/>
    <w:semiHidden/>
    <w:unhideWhenUsed/>
    <w:rsid w:val="00B32A7F"/>
    <w:rPr>
      <w:color w:val="800080" w:themeColor="followedHyperlink"/>
      <w:u w:val="single"/>
    </w:rPr>
  </w:style>
  <w:style w:type="paragraph" w:styleId="NormalWeb">
    <w:name w:val="Normal (Web)"/>
    <w:basedOn w:val="Normal"/>
    <w:uiPriority w:val="99"/>
    <w:semiHidden/>
    <w:unhideWhenUsed/>
    <w:rsid w:val="000233FB"/>
    <w:pPr>
      <w:spacing w:before="100" w:beforeAutospacing="1" w:after="100" w:afterAutospacing="1" w:line="240" w:lineRule="auto"/>
    </w:pPr>
    <w:rPr>
      <w:rFonts w:ascii="Times New Roman" w:eastAsia="Times New Roman" w:hAnsi="Times New Roman" w:cs="Times New Roman"/>
      <w:sz w:val="24"/>
      <w:szCs w:val="24"/>
      <w:lang w:val="es-419"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dly.com/users/daniel-cardona.cb90c814" TargetMode="External"/><Relationship Id="rId3" Type="http://schemas.openxmlformats.org/officeDocument/2006/relationships/styles" Target="styles.xml"/><Relationship Id="rId7" Type="http://schemas.openxmlformats.org/officeDocument/2006/relationships/hyperlink" Target="https://platzi.com/p/NaninHea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teraction-design.org/members/daniel-cardona?r=daniel-cardon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18937</TotalTime>
  <Pages>4</Pages>
  <Words>850</Words>
  <Characters>4678</Characters>
  <Application>Microsoft Office Word</Application>
  <DocSecurity>0</DocSecurity>
  <Lines>38</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Daniel Cardona Rincon</cp:lastModifiedBy>
  <cp:revision>15</cp:revision>
  <dcterms:created xsi:type="dcterms:W3CDTF">2013-12-23T23:15:00Z</dcterms:created>
  <dcterms:modified xsi:type="dcterms:W3CDTF">2025-11-23T16:38:00Z</dcterms:modified>
  <cp:category/>
</cp:coreProperties>
</file>